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재 직 증 명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부서/직위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입사일자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재직기간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재직상태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  <w:t>재직 중</w:t>
            </w:r>
          </w:p>
        </w:tc>
      </w:tr>
    </w:tbl>
    <w:p>
      <w:pPr>
        <w:spacing w:after="280"/>
      </w:pPr>
    </w:p>
    <w:p>
      <w:pPr>
        <w:spacing w:line="312" w:lineRule="auto" w:before="320" w:after="0"/>
        <w:ind w:left="0"/>
      </w:pPr>
      <w:r>
        <w:rPr>
          <w:rFonts w:ascii="맑은 고딕" w:hAnsi="맑은 고딕" w:eastAsia="맑은 고딕"/>
          <w:b w:val="0"/>
          <w:sz w:val="24"/>
        </w:rPr>
        <w:t>위 사람은 우리 회사(기관)에 위와 같이 재직하고 있음을 증명합니다.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용도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☐ 대출/금융기관 제출용   ☐ 관공서 제출용   ☐ 비자/출입국 제출용   ☐ 기타 (________________________)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제출처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상    호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대표자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사업장주소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사업자등록번호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pPr>
        <w:spacing w:after="80"/>
      </w:pPr>
    </w:p>
    <w:p>
      <w:pPr>
        <w:spacing w:before="200"/>
        <w:jc w:val="right"/>
      </w:pPr>
      <w:r>
        <w:rPr>
          <w:rFonts w:ascii="맑은 고딕" w:hAnsi="맑은 고딕" w:eastAsia="맑은 고딕"/>
          <w:b/>
          <w:sz w:val="23"/>
        </w:rPr>
        <w:t>위 회사(기관) 대표자 :  ○ ○ ○   (직인)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재직 사실 증명을 위한 표준 양식입니다. 공공기관·금융기관에 제출하는 경우 해당 기관이 요구하는 별도 양식이나 추가 기재사항(연소득, 담당업무 등)이 있는지 사전에 확인하시기 바랍니다. 발급 시 회사 직인 또는 인사담당자 서명이 있어야 효력이 인정되는 경우가 일반적입니다.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