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각      서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각서인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6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각서 내용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본인은 아래 사항에 관하여 다음과 같이 확약하며, 이를 성실히 이행할 것을 서약합니다.</w:t>
      </w:r>
    </w:p>
    <w:p>
      <w:pPr>
        <w:spacing w:line="324" w:lineRule="auto" w:before="20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확약 사항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1. 본인은 위 내용을 정확히 이해하였으며, 자유로운 의사에 따라 이 각서를 작성합니다.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2. 본인은 위 사항을 20____년 ____월 ____일까지 이행하겠습니다.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3. 본인이 위 사항을 이행하지 아니할 경우 이로 인해 발생하는 민·형사상 모든 책임을 감수하겠습니다.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4. 이 각서와 관련하여 분쟁이 발생하는 경우 민사소송법상의 관할법원을 관할법원으로 합니다.</w:t>
      </w:r>
    </w:p>
    <w:p>
      <w:pPr>
        <w:spacing w:line="324" w:lineRule="auto" w:before="320" w:after="40"/>
        <w:ind w:left="0"/>
      </w:pPr>
      <w:r>
        <w:rPr>
          <w:rFonts w:ascii="맑은 고딕" w:hAnsi="맑은 고딕" w:eastAsia="맑은 고딕"/>
          <w:b w:val="0"/>
          <w:sz w:val="21"/>
        </w:rPr>
        <w:t>위 내용이 사실임을 확인하고, 이를 증명하기 위하여 이 각서를 작성하여 제출합니다.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p>
      <w:pPr>
        <w:jc w:val="center"/>
      </w:pPr>
      <w:r>
        <w:rPr>
          <w:rFonts w:ascii="맑은 고딕" w:hAnsi="맑은 고딕" w:eastAsia="맑은 고딕"/>
          <w:b/>
          <w:sz w:val="25"/>
        </w:rPr>
        <w:t>각서인 :  ○ ○ ○   (인/서명)</w:t>
      </w:r>
    </w:p>
    <w:p>
      <w:pPr>
        <w:spacing w:before="280"/>
        <w:jc w:val="center"/>
      </w:pPr>
      <w:r>
        <w:rPr>
          <w:rFonts w:ascii="맑은 고딕" w:hAnsi="맑은 고딕" w:eastAsia="맑은 고딕"/>
          <w:b/>
          <w:sz w:val="24"/>
        </w:rPr>
        <w:t>○ ○ ○  귀하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확약·서약 상황을 위한 표준 각서 양식입니다. 금전 지급을 약속하는 경우 "지불각서", 특정 행위를 금지하는 경우 "이행각서" 등 목적에 맞게 제목과 내용을 수정하여 사용하세요. 강압이나 협박에 의해 작성된 각서는 무효가 될 수 있습니다.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