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  <w:jc w:val="center"/>
      </w:pPr>
      <w:r>
        <w:rPr>
          <w:rFonts w:ascii="맑은 고딕" w:hAnsi="맑은 고딕" w:eastAsia="맑은 고딕"/>
          <w:b/>
          <w:sz w:val="48"/>
        </w:rPr>
        <w:t>탄   원   서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탄원인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생년월일</w:t>
            </w:r>
          </w:p>
        </w:tc>
        <w:tc>
          <w:tcPr>
            <w:tcW w:type="dxa" w:w="260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주    소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60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연 락 처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피탄원인과의 관계</w:t>
            </w:r>
          </w:p>
        </w:tc>
        <w:tc>
          <w:tcPr>
            <w:tcW w:type="dxa" w:w="2608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2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피탄원인 (탄원 대상자)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성  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사건번호</w:t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  <w:t>사건명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sz w:val="20"/>
              </w:rPr>
            </w:r>
          </w:p>
        </w:tc>
        <w:tc>
          <w:tcPr>
            <w:tcW w:type="dxa" w:w="2721"/>
          </w:tcPr>
          <w:p>
            <w:pPr>
              <w:jc w:val="left"/>
            </w:pPr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120"/>
      </w:pP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탄원 취지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탄원인은 위 피탄원인에 대하여 다음과 같은 사유로 선처를 간곡히 탄원합니다.</w:t>
      </w:r>
    </w:p>
    <w:p>
      <w:pPr>
        <w:spacing w:before="200" w:after="40"/>
      </w:pPr>
      <w:r>
        <w:rPr>
          <w:rFonts w:ascii="맑은 고딕" w:hAnsi="맑은 고딕" w:eastAsia="맑은 고딕"/>
          <w:b/>
          <w:sz w:val="23"/>
        </w:rPr>
        <w:t>탄원 사유</w:t>
      </w:r>
    </w:p>
    <w:p>
      <w:pPr>
        <w:spacing w:line="324" w:lineRule="auto" w:before="120" w:after="40"/>
        <w:ind w:left="170"/>
      </w:pPr>
      <w:r>
        <w:rPr>
          <w:rFonts w:ascii="맑은 고딕" w:hAnsi="맑은 고딕" w:eastAsia="맑은 고딕"/>
          <w:b w:val="0"/>
          <w:sz w:val="21"/>
        </w:rPr>
        <w:t>1. 피탄원인과의 관계 및 평소 행실: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160" w:after="40"/>
        <w:ind w:left="170"/>
      </w:pPr>
      <w:r>
        <w:rPr>
          <w:rFonts w:ascii="맑은 고딕" w:hAnsi="맑은 고딕" w:eastAsia="맑은 고딕"/>
          <w:b w:val="0"/>
          <w:sz w:val="21"/>
        </w:rPr>
        <w:t>2. 사건 이후의 반성 및 피해 회복 노력: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160" w:after="40"/>
        <w:ind w:left="170"/>
      </w:pPr>
      <w:r>
        <w:rPr>
          <w:rFonts w:ascii="맑은 고딕" w:hAnsi="맑은 고딕" w:eastAsia="맑은 고딕"/>
          <w:b w:val="0"/>
          <w:sz w:val="21"/>
        </w:rPr>
        <w:t>3. 선처를 바라는 이유: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40" w:after="40"/>
        <w:ind w:left="170"/>
      </w:pPr>
      <w:r>
        <w:rPr>
          <w:rFonts w:ascii="맑은 고딕" w:hAnsi="맑은 고딕" w:eastAsia="맑은 고딕"/>
          <w:b w:val="0"/>
          <w:sz w:val="21"/>
        </w:rPr>
        <w:t>________________________________________________________________</w:t>
      </w:r>
    </w:p>
    <w:p>
      <w:pPr>
        <w:spacing w:line="324" w:lineRule="auto" w:before="320" w:after="40"/>
        <w:ind w:left="0"/>
      </w:pPr>
      <w:r>
        <w:rPr>
          <w:rFonts w:ascii="맑은 고딕" w:hAnsi="맑은 고딕" w:eastAsia="맑은 고딕"/>
          <w:b w:val="0"/>
          <w:sz w:val="21"/>
        </w:rPr>
        <w:t>위와 같은 사정을 참작하시어 피탄원인에게 최대한의 선처를 베풀어 주시기를 간곡히 탄원드립니다.</w:t>
      </w:r>
    </w:p>
    <w:p>
      <w:pPr>
        <w:spacing w:before="400" w:after="400"/>
        <w:jc w:val="center"/>
      </w:pPr>
      <w:r>
        <w:rPr>
          <w:rFonts w:ascii="맑은 고딕" w:hAnsi="맑은 고딕" w:eastAsia="맑은 고딕"/>
          <w:b/>
          <w:sz w:val="24"/>
        </w:rPr>
        <w:t>20 ____ 년 ____ 월 ____ 일</w:t>
      </w:r>
    </w:p>
    <w:p>
      <w:pPr>
        <w:jc w:val="center"/>
      </w:pPr>
      <w:r>
        <w:rPr>
          <w:rFonts w:ascii="맑은 고딕" w:hAnsi="맑은 고딕" w:eastAsia="맑은 고딕"/>
          <w:b/>
          <w:sz w:val="25"/>
        </w:rPr>
        <w:t>탄원인 :  ○ ○ ○   (인/서명)</w:t>
      </w:r>
    </w:p>
    <w:p>
      <w:pPr>
        <w:spacing w:before="280"/>
        <w:jc w:val="center"/>
      </w:pPr>
      <w:r>
        <w:rPr>
          <w:rFonts w:ascii="맑은 고딕" w:hAnsi="맑은 고딕" w:eastAsia="맑은 고딕"/>
          <w:b/>
          <w:sz w:val="24"/>
        </w:rPr>
        <w:t>○ ○ 지방법원 (○ ○ 경찰서 / ○ ○ 검찰청)  귀중</w:t>
      </w:r>
    </w:p>
    <w:p>
      <w:pPr>
        <w:spacing w:before="400"/>
      </w:pPr>
    </w:p>
    <w:p>
      <w:pPr>
        <w:spacing w:before="400"/>
      </w:pPr>
      <w:r>
        <w:rPr>
          <w:rFonts w:ascii="맑은 고딕" w:hAnsi="맑은 고딕" w:eastAsia="맑은 고딕"/>
          <w:b w:val="0"/>
          <w:color w:val="787878"/>
          <w:sz w:val="17"/>
        </w:rPr>
        <w:t>※ 본 서식은 일반적인 형사·행정 사건 탄원서 표준 양식입니다. 진실한 내용만 기재하시고, 허위 사실을 기재하면 오히려 불이익이 될 수 있습니다. 탄원인 신분증 사본을 첨부하면 신빙성이 높아지며, 여러 명이 탄원하는 경우 각자 별도 작성하는 것이 일반적입니다.</w:t>
      </w:r>
    </w:p>
    <w:sectPr w:rsidR="00FC693F" w:rsidRPr="0006063C" w:rsidSect="00034616"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