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rFonts w:ascii="맑은 고딕" w:hAnsi="맑은 고딕" w:eastAsia="맑은 고딕"/>
          <w:b/>
          <w:sz w:val="48"/>
        </w:rPr>
        <w:t>사   직  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소  속</w:t>
            </w:r>
          </w:p>
        </w:tc>
        <w:tc>
          <w:tcPr>
            <w:tcW w:type="dxa" w:w="7143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부  서</w:t>
            </w:r>
          </w:p>
        </w:tc>
        <w:tc>
          <w:tcPr>
            <w:tcW w:type="dxa" w:w="7143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직  위</w:t>
            </w:r>
          </w:p>
        </w:tc>
        <w:tc>
          <w:tcPr>
            <w:tcW w:type="dxa" w:w="7143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  명</w:t>
            </w:r>
          </w:p>
        </w:tc>
        <w:tc>
          <w:tcPr>
            <w:tcW w:type="dxa" w:w="7143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  <w:tr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입사일자</w:t>
            </w:r>
          </w:p>
        </w:tc>
        <w:tc>
          <w:tcPr>
            <w:tcW w:type="dxa" w:w="7143"/>
          </w:tcPr>
          <w:p>
            <w:pPr>
              <w:jc w:val="left"/>
            </w:pPr>
            <w:r>
              <w:rPr>
                <w:rFonts w:ascii="맑은 고딕" w:hAnsi="맑은 고딕" w:eastAsia="맑은 고딕"/>
                <w:sz w:val="20"/>
              </w:rPr>
            </w:r>
          </w:p>
        </w:tc>
      </w:tr>
    </w:tbl>
    <w:p>
      <w:pPr>
        <w:spacing w:after="200"/>
      </w:pPr>
    </w:p>
    <w:p>
      <w:pPr>
        <w:spacing w:line="312" w:lineRule="auto" w:before="240" w:after="240"/>
        <w:ind w:left="0"/>
      </w:pPr>
      <w:r>
        <w:rPr>
          <w:rFonts w:ascii="맑은 고딕" w:hAnsi="맑은 고딕" w:eastAsia="맑은 고딕"/>
          <w:b w:val="0"/>
          <w:sz w:val="22"/>
        </w:rPr>
        <w:t>본인은 아래와 같은 사유로 20____년 ____월 ____일부로 귀사에서 사직하고자 하오니, 부디 재가하여 주시기 바랍니다.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사직 사유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☐ 일신상의 사유   ☐ 이직   ☐ 건강상의 사유   ☐ 정년   ☐ 기타 (________________________)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희망 퇴사일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20____년 ____월 ____일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인수인계 관련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사직일 이전까지 담당 업무에 대한 인수인계를 성실히 이행하며, 회사가 요청하는 범위 내에서 업무 공백이 최소화되도록 협조하겠습니다.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기타 확인 사항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1. 재직 중 지급받은 회사 비품, 카드, 출입증 등은 퇴사일까지 반납합니다.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2. 재직 중 취득한 회사의 영업비밀 및 기밀 정보에 대한 비밀유지 의무는 퇴사 후에도 유지됨을 확인합니다.</w:t>
      </w:r>
    </w:p>
    <w:p>
      <w:pPr>
        <w:spacing w:line="312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3. 미사용 연차수당 등 퇴직 정산 관련 사항은 회사 규정에 따릅니다.</w:t>
      </w:r>
    </w:p>
    <w:p>
      <w:pPr>
        <w:spacing w:line="312" w:lineRule="auto" w:before="360" w:after="0"/>
        <w:ind w:left="0"/>
      </w:pPr>
      <w:r>
        <w:rPr>
          <w:rFonts w:ascii="맑은 고딕" w:hAnsi="맑은 고딕" w:eastAsia="맑은 고딕"/>
          <w:b w:val="0"/>
          <w:sz w:val="21"/>
        </w:rPr>
        <w:t>그동안 회사로부터 받은 배려에 감사드리며, 원만한 인수인계를 통해 마무리하겠습니다.</w:t>
      </w:r>
    </w:p>
    <w:p>
      <w:pPr>
        <w:spacing w:before="400" w:after="400"/>
        <w:jc w:val="center"/>
      </w:pPr>
      <w:r>
        <w:rPr>
          <w:rFonts w:ascii="맑은 고딕" w:hAnsi="맑은 고딕" w:eastAsia="맑은 고딕"/>
          <w:b/>
          <w:sz w:val="24"/>
        </w:rPr>
        <w:t>20 ____ 년 ____ 월 ____ 일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1"/>
          </w:tcPr>
          <w:p>
            <w:pPr>
              <w:jc w:val="right"/>
            </w:pPr>
            <w:r>
              <w:rPr>
                <w:rFonts w:ascii="맑은 고딕" w:hAnsi="맑은 고딕" w:eastAsia="맑은 고딕"/>
                <w:b/>
                <w:sz w:val="23"/>
              </w:rPr>
              <w:t>제출인 :  ○ ○ ○   (인/서명)</w:t>
            </w:r>
          </w:p>
        </w:tc>
      </w:tr>
      <w:tr>
        <w:tc>
          <w:tcPr>
            <w:tcW w:type="dxa" w:w="9072"/>
          </w:tcPr>
          <w:p>
            <w:pPr>
              <w:spacing w:before="280"/>
              <w:jc w:val="center"/>
            </w:pPr>
            <w:r>
              <w:rPr>
                <w:rFonts w:ascii="맑은 고딕" w:hAnsi="맑은 고딕" w:eastAsia="맑은 고딕"/>
                <w:b/>
                <w:sz w:val="25"/>
              </w:rPr>
              <w:t>대표이사 (또는 부서장) 귀하</w:t>
            </w:r>
          </w:p>
        </w:tc>
      </w:tr>
    </w:tbl>
    <w:p>
      <w:pPr>
        <w:spacing w:before="400"/>
      </w:pPr>
    </w:p>
    <w:p>
      <w:pPr>
        <w:spacing w:before="400"/>
      </w:pPr>
      <w:r>
        <w:rPr>
          <w:rFonts w:ascii="맑은 고딕" w:hAnsi="맑은 고딕" w:eastAsia="맑은 고딕"/>
          <w:b w:val="0"/>
          <w:color w:val="787878"/>
          <w:sz w:val="17"/>
        </w:rPr>
        <w:t>※ 본 서식은 일반적인 사직 상황을 위한 표준 양식입니다. 사직서 제출 후 실제 퇴사일은 회사와의 협의(취업규칙, 근로계약 등)에 따라 달라질 수 있으며, 민법상 사용자가 사직서 수리를 지연하는 경우 통고 후 1개월(기간급의 경우 다음 임금지급기 경과 후) 경과 시 효력이 발생합니다.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