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맑은 고딕" w:hAnsi="맑은 고딕" w:eastAsia="맑은 고딕"/>
          <w:b/>
          <w:sz w:val="44"/>
        </w:rPr>
        <w:t>거   래   명   세   서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370"/>
          </w:tcPr>
          <w:p>
            <w:r>
              <w:rPr>
                <w:rFonts w:ascii="맑은 고딕" w:hAnsi="맑은 고딕" w:eastAsia="맑은 고딕"/>
                <w:b/>
                <w:sz w:val="22"/>
              </w:rPr>
              <w:t>공급자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685"/>
              <w:gridCol w:w="3685"/>
            </w:tblGrid>
            <w:tr>
              <w:tc>
                <w:tcPr>
                  <w:tcW w:type="dxa" w:w="1814"/>
                </w:tcPr>
                <w:p>
                  <w:pPr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sz w:val="19"/>
                    </w:rPr>
                    <w:t>상  호</w:t>
                  </w:r>
                </w:p>
              </w:tc>
              <w:tc>
                <w:tcPr>
                  <w:tcW w:type="dxa" w:w="5102"/>
                </w:tcPr>
                <w:p>
                  <w:r/>
                </w:p>
              </w:tc>
            </w:tr>
            <w:tr>
              <w:tc>
                <w:tcPr>
                  <w:tcW w:type="dxa" w:w="1814"/>
                </w:tcPr>
                <w:p>
                  <w:pPr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sz w:val="19"/>
                    </w:rPr>
                    <w:t>사업자등록번호</w:t>
                  </w:r>
                </w:p>
              </w:tc>
              <w:tc>
                <w:tcPr>
                  <w:tcW w:type="dxa" w:w="5102"/>
                </w:tcPr>
                <w:p>
                  <w:r/>
                </w:p>
              </w:tc>
            </w:tr>
            <w:tr>
              <w:tc>
                <w:tcPr>
                  <w:tcW w:type="dxa" w:w="1814"/>
                </w:tcPr>
                <w:p>
                  <w:pPr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sz w:val="19"/>
                    </w:rPr>
                    <w:t>대 표 자</w:t>
                  </w:r>
                </w:p>
              </w:tc>
              <w:tc>
                <w:tcPr>
                  <w:tcW w:type="dxa" w:w="5102"/>
                </w:tcPr>
                <w:p>
                  <w:r/>
                </w:p>
              </w:tc>
            </w:tr>
            <w:tr>
              <w:tc>
                <w:tcPr>
                  <w:tcW w:type="dxa" w:w="1814"/>
                </w:tcPr>
                <w:p>
                  <w:pPr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sz w:val="19"/>
                    </w:rPr>
                    <w:t>주    소</w:t>
                  </w:r>
                </w:p>
              </w:tc>
              <w:tc>
                <w:tcPr>
                  <w:tcW w:type="dxa" w:w="5102"/>
                </w:tcPr>
                <w:p>
                  <w:r/>
                </w:p>
              </w:tc>
            </w:tr>
            <w:tr>
              <w:tc>
                <w:tcPr>
                  <w:tcW w:type="dxa" w:w="1814"/>
                </w:tcPr>
                <w:p>
                  <w:pPr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sz w:val="19"/>
                    </w:rPr>
                    <w:t>업태/종목</w:t>
                  </w:r>
                </w:p>
              </w:tc>
              <w:tc>
                <w:tcPr>
                  <w:tcW w:type="dxa" w:w="5102"/>
                </w:tcPr>
                <w:p>
                  <w:r/>
                </w:p>
              </w:tc>
            </w:tr>
          </w:tbl>
          <w:p/>
        </w:tc>
        <w:tc>
          <w:tcPr>
            <w:tcW w:type="dxa" w:w="7370"/>
          </w:tcPr>
          <w:p>
            <w:r>
              <w:rPr>
                <w:rFonts w:ascii="맑은 고딕" w:hAnsi="맑은 고딕" w:eastAsia="맑은 고딕"/>
                <w:b/>
                <w:sz w:val="22"/>
              </w:rPr>
              <w:t>공급받는자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685"/>
              <w:gridCol w:w="3685"/>
            </w:tblGrid>
            <w:tr>
              <w:tc>
                <w:tcPr>
                  <w:tcW w:type="dxa" w:w="1814"/>
                </w:tcPr>
                <w:p>
                  <w:pPr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sz w:val="19"/>
                    </w:rPr>
                    <w:t>상  호</w:t>
                  </w:r>
                </w:p>
              </w:tc>
              <w:tc>
                <w:tcPr>
                  <w:tcW w:type="dxa" w:w="5102"/>
                </w:tcPr>
                <w:p>
                  <w:r/>
                </w:p>
              </w:tc>
            </w:tr>
            <w:tr>
              <w:tc>
                <w:tcPr>
                  <w:tcW w:type="dxa" w:w="1814"/>
                </w:tcPr>
                <w:p>
                  <w:pPr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sz w:val="19"/>
                    </w:rPr>
                    <w:t>사업자등록번호</w:t>
                  </w:r>
                </w:p>
              </w:tc>
              <w:tc>
                <w:tcPr>
                  <w:tcW w:type="dxa" w:w="5102"/>
                </w:tcPr>
                <w:p>
                  <w:r/>
                </w:p>
              </w:tc>
            </w:tr>
            <w:tr>
              <w:tc>
                <w:tcPr>
                  <w:tcW w:type="dxa" w:w="1814"/>
                </w:tcPr>
                <w:p>
                  <w:pPr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sz w:val="19"/>
                    </w:rPr>
                    <w:t>대 표 자</w:t>
                  </w:r>
                </w:p>
              </w:tc>
              <w:tc>
                <w:tcPr>
                  <w:tcW w:type="dxa" w:w="5102"/>
                </w:tcPr>
                <w:p>
                  <w:r/>
                </w:p>
              </w:tc>
            </w:tr>
            <w:tr>
              <w:tc>
                <w:tcPr>
                  <w:tcW w:type="dxa" w:w="1814"/>
                </w:tcPr>
                <w:p>
                  <w:pPr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sz w:val="19"/>
                    </w:rPr>
                    <w:t>주    소</w:t>
                  </w:r>
                </w:p>
              </w:tc>
              <w:tc>
                <w:tcPr>
                  <w:tcW w:type="dxa" w:w="5102"/>
                </w:tcPr>
                <w:p>
                  <w:r/>
                </w:p>
              </w:tc>
            </w:tr>
            <w:tr>
              <w:tc>
                <w:tcPr>
                  <w:tcW w:type="dxa" w:w="1814"/>
                </w:tcPr>
                <w:p>
                  <w:pPr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sz w:val="19"/>
                    </w:rPr>
                    <w:t>연 락 처</w:t>
                  </w:r>
                </w:p>
              </w:tc>
              <w:tc>
                <w:tcPr>
                  <w:tcW w:type="dxa" w:w="5102"/>
                </w:tcPr>
                <w:p>
                  <w:r/>
                </w:p>
              </w:tc>
            </w:tr>
          </w:tbl>
          <w:p/>
        </w:tc>
      </w:tr>
    </w:tbl>
    <w:p>
      <w:pPr>
        <w:spacing w:before="200" w:after="40"/>
      </w:pPr>
      <w:r>
        <w:rPr>
          <w:rFonts w:ascii="맑은 고딕" w:hAnsi="맑은 고딕" w:eastAsia="맑은 고딕"/>
          <w:b w:val="0"/>
          <w:sz w:val="20"/>
        </w:rPr>
      </w:r>
    </w:p>
    <w:p>
      <w:pPr>
        <w:spacing w:before="200" w:after="40"/>
      </w:pPr>
      <w:r>
        <w:rPr>
          <w:rFonts w:ascii="맑은 고딕" w:hAnsi="맑은 고딕" w:eastAsia="맑은 고딕"/>
          <w:b/>
          <w:sz w:val="21"/>
        </w:rPr>
        <w:t>거래일자: 20____년 ____월 ____일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81"/>
        <w:gridCol w:w="2081"/>
        <w:gridCol w:w="2081"/>
        <w:gridCol w:w="2081"/>
        <w:gridCol w:w="2081"/>
        <w:gridCol w:w="2081"/>
        <w:gridCol w:w="2081"/>
      </w:tblGrid>
      <w:tr>
        <w:tc>
          <w:tcPr>
            <w:tcW w:type="dxa" w:w="85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No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품    목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규격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수량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단가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공급가액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비고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합계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</w:tbl>
    <w:p>
      <w:pPr>
        <w:spacing w:before="320"/>
      </w:pPr>
    </w:p>
    <w:p>
      <w:pPr>
        <w:spacing w:before="320"/>
      </w:pPr>
      <w:r>
        <w:rPr>
          <w:rFonts w:ascii="맑은 고딕" w:hAnsi="맑은 고딕" w:eastAsia="맑은 고딕"/>
          <w:b w:val="0"/>
          <w:color w:val="787878"/>
          <w:sz w:val="16"/>
        </w:rPr>
        <w:t>※ 본 서식은 일반적인 거래명세서 표준 양식입니다. 부가가치세 별도 표기가 필요한 거래인 경우 공급가액과 세액을 구분하여 기재하시기 바랍니다.</w:t>
      </w:r>
    </w:p>
    <w:sectPr w:rsidR="00FC693F" w:rsidRPr="0006063C" w:rsidSect="00034616">
      <w:pgSz w:w="16838" w:h="11906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